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930776" w14:paraId="581B58A5" w14:textId="77777777">
        <w:trPr>
          <w:jc w:val="center"/>
        </w:trPr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EA89C" w14:textId="77777777" w:rsidR="00930776" w:rsidRDefault="00000000">
            <w:r>
              <w:rPr>
                <w:noProof/>
              </w:rPr>
              <w:lastRenderedPageBreak/>
              <w:drawing>
                <wp:inline distT="0" distB="0" distL="0" distR="0" wp14:anchorId="19E5D63E" wp14:editId="2158BD5A">
                  <wp:extent cx="1325880" cy="99441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unTheBusiness_Logo_Master_WithText_Clean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99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74E7F" w14:textId="77777777" w:rsidR="00930776" w:rsidRDefault="00000000">
            <w:pPr>
              <w:jc w:val="right"/>
            </w:pPr>
            <w:r>
              <w:rPr>
                <w:b/>
                <w:color w:val="1F4E79"/>
                <w:sz w:val="26"/>
              </w:rPr>
              <w:t>RTB-FB-003</w:t>
            </w:r>
            <w:r>
              <w:br/>
              <w:t>Version 1.1 - July 2026</w:t>
            </w:r>
            <w:r>
              <w:br/>
              <w:t>RunTheBusiness Forms Library</w:t>
            </w:r>
          </w:p>
        </w:tc>
      </w:tr>
    </w:tbl>
    <w:p w14:paraId="2C248B2F" w14:textId="77777777" w:rsidR="00930776" w:rsidRDefault="00000000">
      <w:pPr>
        <w:jc w:val="center"/>
      </w:pPr>
      <w:r>
        <w:rPr>
          <w:b/>
          <w:color w:val="2B2B2B"/>
          <w:sz w:val="21"/>
        </w:rPr>
        <w:t>Facebook Suspension Survival Guide</w:t>
      </w:r>
      <w:r>
        <w:rPr>
          <w:b/>
          <w:color w:val="2B2B2B"/>
          <w:sz w:val="21"/>
        </w:rPr>
        <w:br/>
      </w:r>
      <w:r>
        <w:rPr>
          <w:b/>
          <w:color w:val="1F4E79"/>
          <w:sz w:val="31"/>
        </w:rPr>
        <w:t>Appeal Tracker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930776" w14:paraId="39BDA5C8" w14:textId="77777777">
        <w:trPr>
          <w:jc w:val="center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shd w:val="clear" w:color="auto" w:fill="1F4E79"/>
          </w:tcPr>
          <w:p w14:paraId="10FC4A5E" w14:textId="77777777" w:rsidR="00930776" w:rsidRDefault="00930776"/>
        </w:tc>
      </w:tr>
    </w:tbl>
    <w:p w14:paraId="3B8DB4E3" w14:textId="77777777" w:rsidR="00930776" w:rsidRDefault="00930776"/>
    <w:p w14:paraId="46612A07" w14:textId="77777777" w:rsidR="00930776" w:rsidRDefault="00000000">
      <w:pPr>
        <w:pStyle w:val="Heading2"/>
      </w:pPr>
      <w:r>
        <w:t>Purpose</w:t>
      </w:r>
    </w:p>
    <w:p w14:paraId="189625E9" w14:textId="77777777" w:rsidR="00930776" w:rsidRDefault="00000000">
      <w:r>
        <w:t>Use this tracker to record each appeal or review request submitted to Meta. Save confirmation numbers, dates, and responses.</w:t>
      </w:r>
    </w:p>
    <w:p w14:paraId="53392D8A" w14:textId="77777777" w:rsidR="00930776" w:rsidRDefault="00000000">
      <w:r>
        <w:rPr>
          <w:b/>
        </w:rPr>
        <w:t xml:space="preserve">Important: </w:t>
      </w:r>
      <w:r>
        <w:t>This form is provided for general educational and organizational purposes only. It is not legal advice.</w:t>
      </w:r>
    </w:p>
    <w:p w14:paraId="5394F56D" w14:textId="77777777" w:rsidR="00930776" w:rsidRDefault="00000000">
      <w:pPr>
        <w:pStyle w:val="Heading2"/>
      </w:pPr>
      <w:r>
        <w:t>Worksheet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1"/>
        <w:gridCol w:w="1521"/>
        <w:gridCol w:w="1521"/>
        <w:gridCol w:w="1521"/>
        <w:gridCol w:w="1521"/>
        <w:gridCol w:w="1521"/>
        <w:gridCol w:w="1520"/>
      </w:tblGrid>
      <w:tr w:rsidR="00930776" w14:paraId="752067D4" w14:textId="77777777">
        <w:trPr>
          <w:jc w:val="center"/>
        </w:trPr>
        <w:tc>
          <w:tcPr>
            <w:tcW w:w="1522" w:type="dxa"/>
            <w:shd w:val="clear" w:color="auto" w:fill="EAF2F8"/>
          </w:tcPr>
          <w:p w14:paraId="14983ED3" w14:textId="77777777" w:rsidR="00930776" w:rsidRDefault="00000000">
            <w:r>
              <w:rPr>
                <w:b/>
                <w:sz w:val="16"/>
              </w:rPr>
              <w:t>Appeal #</w:t>
            </w:r>
          </w:p>
        </w:tc>
        <w:tc>
          <w:tcPr>
            <w:tcW w:w="1522" w:type="dxa"/>
            <w:shd w:val="clear" w:color="auto" w:fill="EAF2F8"/>
          </w:tcPr>
          <w:p w14:paraId="2FAEF188" w14:textId="77777777" w:rsidR="00930776" w:rsidRDefault="00000000">
            <w:r>
              <w:rPr>
                <w:b/>
                <w:sz w:val="16"/>
              </w:rPr>
              <w:t>Date Submitted</w:t>
            </w:r>
          </w:p>
        </w:tc>
        <w:tc>
          <w:tcPr>
            <w:tcW w:w="1522" w:type="dxa"/>
            <w:shd w:val="clear" w:color="auto" w:fill="EAF2F8"/>
          </w:tcPr>
          <w:p w14:paraId="6574AFD1" w14:textId="77777777" w:rsidR="00930776" w:rsidRDefault="00000000">
            <w:r>
              <w:rPr>
                <w:b/>
                <w:sz w:val="16"/>
              </w:rPr>
              <w:t>Method Used</w:t>
            </w:r>
          </w:p>
        </w:tc>
        <w:tc>
          <w:tcPr>
            <w:tcW w:w="1522" w:type="dxa"/>
            <w:shd w:val="clear" w:color="auto" w:fill="EAF2F8"/>
          </w:tcPr>
          <w:p w14:paraId="4889D4B8" w14:textId="77777777" w:rsidR="00930776" w:rsidRDefault="00000000">
            <w:r>
              <w:rPr>
                <w:b/>
                <w:sz w:val="16"/>
              </w:rPr>
              <w:t>Confirmation #</w:t>
            </w:r>
          </w:p>
        </w:tc>
        <w:tc>
          <w:tcPr>
            <w:tcW w:w="1522" w:type="dxa"/>
            <w:shd w:val="clear" w:color="auto" w:fill="EAF2F8"/>
          </w:tcPr>
          <w:p w14:paraId="6AB270FB" w14:textId="77777777" w:rsidR="00930776" w:rsidRDefault="00000000">
            <w:r>
              <w:rPr>
                <w:b/>
                <w:sz w:val="16"/>
              </w:rPr>
              <w:t>Status</w:t>
            </w:r>
          </w:p>
        </w:tc>
        <w:tc>
          <w:tcPr>
            <w:tcW w:w="1522" w:type="dxa"/>
            <w:shd w:val="clear" w:color="auto" w:fill="EAF2F8"/>
          </w:tcPr>
          <w:p w14:paraId="5AA53ABA" w14:textId="77777777" w:rsidR="00930776" w:rsidRDefault="00000000">
            <w:r>
              <w:rPr>
                <w:b/>
                <w:sz w:val="16"/>
              </w:rPr>
              <w:t>Response Date</w:t>
            </w:r>
          </w:p>
        </w:tc>
        <w:tc>
          <w:tcPr>
            <w:tcW w:w="1522" w:type="dxa"/>
            <w:shd w:val="clear" w:color="auto" w:fill="EAF2F8"/>
          </w:tcPr>
          <w:p w14:paraId="0FCAE0D8" w14:textId="77777777" w:rsidR="00930776" w:rsidRDefault="00000000">
            <w:r>
              <w:rPr>
                <w:b/>
                <w:sz w:val="16"/>
              </w:rPr>
              <w:t>Notes</w:t>
            </w:r>
          </w:p>
        </w:tc>
      </w:tr>
      <w:tr w:rsidR="00930776" w14:paraId="53CF1261" w14:textId="77777777">
        <w:trPr>
          <w:jc w:val="center"/>
        </w:trPr>
        <w:tc>
          <w:tcPr>
            <w:tcW w:w="1522" w:type="dxa"/>
          </w:tcPr>
          <w:p w14:paraId="773C140B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56D9D6B7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7E0F19E5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24616A38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48349BEB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254E5B57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4A12F1B2" w14:textId="77777777" w:rsidR="00930776" w:rsidRDefault="00000000">
            <w:r>
              <w:rPr>
                <w:sz w:val="16"/>
              </w:rPr>
              <w:br/>
            </w:r>
          </w:p>
        </w:tc>
      </w:tr>
      <w:tr w:rsidR="00930776" w14:paraId="55226996" w14:textId="77777777">
        <w:trPr>
          <w:jc w:val="center"/>
        </w:trPr>
        <w:tc>
          <w:tcPr>
            <w:tcW w:w="1522" w:type="dxa"/>
          </w:tcPr>
          <w:p w14:paraId="4A00EF7A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20EFE5CD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2E4FB214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426F837B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4B13D3D5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52B27D87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24867425" w14:textId="77777777" w:rsidR="00930776" w:rsidRDefault="00000000">
            <w:r>
              <w:rPr>
                <w:sz w:val="16"/>
              </w:rPr>
              <w:br/>
            </w:r>
          </w:p>
        </w:tc>
      </w:tr>
      <w:tr w:rsidR="00930776" w14:paraId="4D2031B0" w14:textId="77777777">
        <w:trPr>
          <w:jc w:val="center"/>
        </w:trPr>
        <w:tc>
          <w:tcPr>
            <w:tcW w:w="1522" w:type="dxa"/>
          </w:tcPr>
          <w:p w14:paraId="24397789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4BAB86A7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0E59A43D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1FFE7D65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011D5F3E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5EDB6EF1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233BEDD8" w14:textId="77777777" w:rsidR="00930776" w:rsidRDefault="00000000">
            <w:r>
              <w:rPr>
                <w:sz w:val="16"/>
              </w:rPr>
              <w:br/>
            </w:r>
          </w:p>
        </w:tc>
      </w:tr>
      <w:tr w:rsidR="00930776" w14:paraId="604FA04B" w14:textId="77777777">
        <w:trPr>
          <w:jc w:val="center"/>
        </w:trPr>
        <w:tc>
          <w:tcPr>
            <w:tcW w:w="1522" w:type="dxa"/>
          </w:tcPr>
          <w:p w14:paraId="671F0BF2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2D1A290B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5FA55493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64AA737A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7A1CF49F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43E167C8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39572C6A" w14:textId="77777777" w:rsidR="00930776" w:rsidRDefault="00000000">
            <w:r>
              <w:rPr>
                <w:sz w:val="16"/>
              </w:rPr>
              <w:br/>
            </w:r>
          </w:p>
        </w:tc>
      </w:tr>
      <w:tr w:rsidR="00930776" w14:paraId="1BC647B4" w14:textId="77777777">
        <w:trPr>
          <w:jc w:val="center"/>
        </w:trPr>
        <w:tc>
          <w:tcPr>
            <w:tcW w:w="1522" w:type="dxa"/>
          </w:tcPr>
          <w:p w14:paraId="69C54984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50A238D9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7A6BCC3F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148790EA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2FCF1695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36A22719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05C2C32D" w14:textId="77777777" w:rsidR="00930776" w:rsidRDefault="00000000">
            <w:r>
              <w:rPr>
                <w:sz w:val="16"/>
              </w:rPr>
              <w:br/>
            </w:r>
          </w:p>
        </w:tc>
      </w:tr>
      <w:tr w:rsidR="00930776" w14:paraId="628B1E96" w14:textId="77777777">
        <w:trPr>
          <w:jc w:val="center"/>
        </w:trPr>
        <w:tc>
          <w:tcPr>
            <w:tcW w:w="1522" w:type="dxa"/>
          </w:tcPr>
          <w:p w14:paraId="20B97A44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06944D30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0261CCAF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7CF6096C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05D468C1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40C3698A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23B49A2B" w14:textId="77777777" w:rsidR="00930776" w:rsidRDefault="00000000">
            <w:r>
              <w:rPr>
                <w:sz w:val="16"/>
              </w:rPr>
              <w:br/>
            </w:r>
          </w:p>
        </w:tc>
      </w:tr>
    </w:tbl>
    <w:p w14:paraId="0E215ED3" w14:textId="77777777" w:rsidR="00930776" w:rsidRDefault="00930776"/>
    <w:p w14:paraId="313F8192" w14:textId="77777777" w:rsidR="00930776" w:rsidRDefault="00000000">
      <w:pPr>
        <w:pStyle w:val="Heading2"/>
      </w:pPr>
      <w:r>
        <w:t>Notes</w:t>
      </w:r>
    </w:p>
    <w:p w14:paraId="6C5A8B5D" w14:textId="77777777" w:rsidR="00930776" w:rsidRDefault="00000000">
      <w:r>
        <w:t>_______________________________________________________________________________________________</w:t>
      </w:r>
    </w:p>
    <w:p w14:paraId="68A15A01" w14:textId="77777777" w:rsidR="00930776" w:rsidRDefault="00000000">
      <w:r>
        <w:t>_______________________________________________________________________________________________</w:t>
      </w:r>
    </w:p>
    <w:p w14:paraId="1106D5DF" w14:textId="77777777" w:rsidR="00930776" w:rsidRDefault="00000000">
      <w:r>
        <w:t>_______________________________________________________________________________________________</w:t>
      </w:r>
    </w:p>
    <w:p w14:paraId="4E478901" w14:textId="77777777" w:rsidR="00930776" w:rsidRDefault="00000000">
      <w:r>
        <w:rPr>
          <w:b/>
        </w:rPr>
        <w:t xml:space="preserve">Prepared by: </w:t>
      </w:r>
      <w:r>
        <w:t>____________________________</w:t>
      </w:r>
      <w:r>
        <w:rPr>
          <w:b/>
        </w:rPr>
        <w:t xml:space="preserve">     Date: </w:t>
      </w:r>
      <w:r>
        <w:t>____________________</w:t>
      </w:r>
    </w:p>
    <w:sectPr w:rsidR="00930776" w:rsidSect="00034616">
      <w:footerReference w:type="default" r:id="rId9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4F5AB" w14:textId="77777777" w:rsidR="00730CA1" w:rsidRDefault="00730CA1">
      <w:pPr>
        <w:spacing w:after="0" w:line="240" w:lineRule="auto"/>
      </w:pPr>
      <w:r>
        <w:separator/>
      </w:r>
    </w:p>
  </w:endnote>
  <w:endnote w:type="continuationSeparator" w:id="0">
    <w:p w14:paraId="35814D9A" w14:textId="77777777" w:rsidR="00730CA1" w:rsidRDefault="00730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1A5D0" w14:textId="77777777" w:rsidR="00930776" w:rsidRDefault="00000000">
    <w:pPr>
      <w:pStyle w:val="Footer"/>
      <w:jc w:val="center"/>
    </w:pPr>
    <w:r>
      <w:rPr>
        <w:color w:val="666666"/>
        <w:sz w:val="16"/>
      </w:rPr>
      <w:t xml:space="preserve">RunTheBusiness.biz | Facebook Recovery Toolkit | Version 1.1 | July 2026 | (c) 2026 </w:t>
    </w:r>
    <w:proofErr w:type="spellStart"/>
    <w:r>
      <w:rPr>
        <w:color w:val="666666"/>
        <w:sz w:val="16"/>
      </w:rPr>
      <w:t>RunTheBusiness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E4A6E" w14:textId="77777777" w:rsidR="00730CA1" w:rsidRDefault="00730CA1">
      <w:pPr>
        <w:spacing w:after="0" w:line="240" w:lineRule="auto"/>
      </w:pPr>
      <w:r>
        <w:separator/>
      </w:r>
    </w:p>
  </w:footnote>
  <w:footnote w:type="continuationSeparator" w:id="0">
    <w:p w14:paraId="636A311D" w14:textId="77777777" w:rsidR="00730CA1" w:rsidRDefault="00730C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8577786">
    <w:abstractNumId w:val="8"/>
  </w:num>
  <w:num w:numId="2" w16cid:durableId="1648391150">
    <w:abstractNumId w:val="6"/>
  </w:num>
  <w:num w:numId="3" w16cid:durableId="1075712821">
    <w:abstractNumId w:val="5"/>
  </w:num>
  <w:num w:numId="4" w16cid:durableId="1196692086">
    <w:abstractNumId w:val="4"/>
  </w:num>
  <w:num w:numId="5" w16cid:durableId="2030134300">
    <w:abstractNumId w:val="7"/>
  </w:num>
  <w:num w:numId="6" w16cid:durableId="153029057">
    <w:abstractNumId w:val="3"/>
  </w:num>
  <w:num w:numId="7" w16cid:durableId="1711341921">
    <w:abstractNumId w:val="2"/>
  </w:num>
  <w:num w:numId="8" w16cid:durableId="1247956551">
    <w:abstractNumId w:val="1"/>
  </w:num>
  <w:num w:numId="9" w16cid:durableId="791360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12D8"/>
    <w:rsid w:val="0029639D"/>
    <w:rsid w:val="00326F90"/>
    <w:rsid w:val="007177E2"/>
    <w:rsid w:val="00730CA1"/>
    <w:rsid w:val="0093077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B6A4B2"/>
  <w14:defaultImageDpi w14:val="300"/>
  <w15:docId w15:val="{8CC6D853-AAD7-4BC9-97FE-863B04A2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20"/>
    </w:pPr>
    <w:rPr>
      <w:rFonts w:ascii="Arial" w:hAnsi="Arial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B2B2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1248</Words>
  <Characters>7727</Characters>
  <Application>Microsoft Office Word</Application>
  <DocSecurity>0</DocSecurity>
  <Lines>429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Bud Hines</cp:lastModifiedBy>
  <cp:revision>2</cp:revision>
  <dcterms:created xsi:type="dcterms:W3CDTF">2026-07-08T17:12:00Z</dcterms:created>
  <dcterms:modified xsi:type="dcterms:W3CDTF">2026-07-08T17:12:00Z</dcterms:modified>
  <cp:category/>
</cp:coreProperties>
</file>