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30776" w14:paraId="23F54D3F" w14:textId="77777777">
        <w:trPr>
          <w:jc w:val="center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49158" w14:textId="77777777" w:rsidR="00930776" w:rsidRDefault="00000000">
            <w:r>
              <w:rPr>
                <w:noProof/>
              </w:rPr>
              <w:lastRenderedPageBreak/>
              <w:drawing>
                <wp:inline distT="0" distB="0" distL="0" distR="0" wp14:anchorId="6B97F983" wp14:editId="404BF5D3">
                  <wp:extent cx="1325880" cy="9944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nTheBusiness_Logo_Master_WithText_Clea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8E064" w14:textId="77777777" w:rsidR="00930776" w:rsidRDefault="00000000">
            <w:pPr>
              <w:jc w:val="right"/>
            </w:pPr>
            <w:r>
              <w:rPr>
                <w:b/>
                <w:color w:val="1F4E79"/>
                <w:sz w:val="26"/>
              </w:rPr>
              <w:t>RTB-FB-001</w:t>
            </w:r>
            <w:r>
              <w:br/>
              <w:t>Version 1.1 - July 2026</w:t>
            </w:r>
            <w:r>
              <w:br/>
              <w:t>RunTheBusiness Forms Library</w:t>
            </w:r>
          </w:p>
        </w:tc>
      </w:tr>
    </w:tbl>
    <w:p w14:paraId="14A1398A" w14:textId="77777777" w:rsidR="00930776" w:rsidRDefault="00000000">
      <w:pPr>
        <w:jc w:val="center"/>
      </w:pPr>
      <w:r>
        <w:rPr>
          <w:b/>
          <w:color w:val="2B2B2B"/>
          <w:sz w:val="21"/>
        </w:rPr>
        <w:t>Facebook Suspension Survival Guide</w:t>
      </w:r>
      <w:r>
        <w:rPr>
          <w:b/>
          <w:color w:val="2B2B2B"/>
          <w:sz w:val="21"/>
        </w:rPr>
        <w:br/>
      </w:r>
      <w:r>
        <w:rPr>
          <w:b/>
          <w:color w:val="1F4E79"/>
          <w:sz w:val="31"/>
        </w:rPr>
        <w:t>Evidence Checklist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30776" w14:paraId="2BD0CAC9" w14:textId="77777777">
        <w:trPr>
          <w:jc w:val="center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</w:tcPr>
          <w:p w14:paraId="082919D6" w14:textId="77777777" w:rsidR="00930776" w:rsidRDefault="00930776"/>
        </w:tc>
      </w:tr>
    </w:tbl>
    <w:p w14:paraId="040042A9" w14:textId="77777777" w:rsidR="00930776" w:rsidRDefault="00930776"/>
    <w:p w14:paraId="190A055E" w14:textId="77777777" w:rsidR="00930776" w:rsidRDefault="00000000">
      <w:pPr>
        <w:pStyle w:val="Heading2"/>
      </w:pPr>
      <w:r>
        <w:t>Purpose</w:t>
      </w:r>
    </w:p>
    <w:p w14:paraId="307CB4ED" w14:textId="77777777" w:rsidR="00930776" w:rsidRDefault="00000000">
      <w:r>
        <w:t>Use this checklist to gather and organize key documents before filing an appeal, submitting a complaint, or considering legal action.</w:t>
      </w:r>
    </w:p>
    <w:p w14:paraId="3B35B067" w14:textId="77777777" w:rsidR="00930776" w:rsidRDefault="00000000">
      <w:r>
        <w:rPr>
          <w:b/>
        </w:rPr>
        <w:t xml:space="preserve">Important: </w:t>
      </w:r>
      <w:r>
        <w:t>This form is provided for general educational and organizational purposes only. It is not legal advice.</w:t>
      </w:r>
    </w:p>
    <w:p w14:paraId="15BD4420" w14:textId="77777777" w:rsidR="00930776" w:rsidRDefault="00000000">
      <w:pPr>
        <w:pStyle w:val="Heading2"/>
      </w:pPr>
      <w:r>
        <w:t>Account Information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930776" w14:paraId="3F3A574A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8EB37E6" w14:textId="77777777" w:rsidR="00930776" w:rsidRDefault="00000000">
            <w:r>
              <w:rPr>
                <w:sz w:val="19"/>
              </w:rPr>
              <w:t>☐ Facebook account email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2CC35D8" w14:textId="77777777" w:rsidR="00930776" w:rsidRDefault="00000000">
            <w:r>
              <w:rPr>
                <w:sz w:val="19"/>
              </w:rPr>
              <w:t>☐ Facebook profile URL</w:t>
            </w:r>
          </w:p>
        </w:tc>
      </w:tr>
      <w:tr w:rsidR="00930776" w14:paraId="17DE1617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C339816" w14:textId="77777777" w:rsidR="00930776" w:rsidRDefault="00000000">
            <w:r>
              <w:rPr>
                <w:sz w:val="19"/>
              </w:rPr>
              <w:t>☐ Account creation date, if known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25E548B" w14:textId="77777777" w:rsidR="00930776" w:rsidRDefault="00000000">
            <w:r>
              <w:rPr>
                <w:sz w:val="19"/>
              </w:rPr>
              <w:t>☐ Business Page name(s)</w:t>
            </w:r>
          </w:p>
        </w:tc>
      </w:tr>
      <w:tr w:rsidR="00930776" w14:paraId="0E574AD7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E022FAC" w14:textId="77777777" w:rsidR="00930776" w:rsidRDefault="00000000">
            <w:r>
              <w:rPr>
                <w:sz w:val="19"/>
              </w:rPr>
              <w:t>☐ Business Manager ID, if available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4EB9F9D" w14:textId="77777777" w:rsidR="00930776" w:rsidRDefault="00000000">
            <w:r>
              <w:rPr>
                <w:sz w:val="19"/>
              </w:rPr>
              <w:t>☐ Linked Instagram account</w:t>
            </w:r>
          </w:p>
        </w:tc>
      </w:tr>
      <w:tr w:rsidR="00930776" w14:paraId="64D1424D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5DED6DF" w14:textId="77777777" w:rsidR="00930776" w:rsidRDefault="00000000">
            <w:r>
              <w:rPr>
                <w:sz w:val="19"/>
              </w:rPr>
              <w:t>☐ Primary business email and phone number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0E60EC4" w14:textId="77777777" w:rsidR="00930776" w:rsidRDefault="00930776"/>
        </w:tc>
      </w:tr>
    </w:tbl>
    <w:p w14:paraId="4AE980A7" w14:textId="77777777" w:rsidR="00930776" w:rsidRDefault="00930776"/>
    <w:p w14:paraId="7AF96A18" w14:textId="77777777" w:rsidR="00930776" w:rsidRDefault="00000000">
      <w:pPr>
        <w:pStyle w:val="Heading2"/>
      </w:pPr>
      <w:r>
        <w:t>Suspension Documentation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930776" w14:paraId="59C587D5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D681C58" w14:textId="77777777" w:rsidR="00930776" w:rsidRDefault="00000000">
            <w:r>
              <w:rPr>
                <w:sz w:val="19"/>
              </w:rPr>
              <w:t>☐ Suspension notice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E143F1A" w14:textId="77777777" w:rsidR="00930776" w:rsidRDefault="00000000">
            <w:r>
              <w:rPr>
                <w:sz w:val="19"/>
              </w:rPr>
              <w:t>☐ Screenshot of suspension or disabled account message</w:t>
            </w:r>
          </w:p>
        </w:tc>
      </w:tr>
      <w:tr w:rsidR="00930776" w14:paraId="1FC2D774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9F8E9D9" w14:textId="77777777" w:rsidR="00930776" w:rsidRDefault="00000000">
            <w:r>
              <w:rPr>
                <w:sz w:val="19"/>
              </w:rPr>
              <w:t>☐ Email from Meta regarding suspension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D2FD9CA" w14:textId="77777777" w:rsidR="00930776" w:rsidRDefault="00000000">
            <w:r>
              <w:rPr>
                <w:sz w:val="19"/>
              </w:rPr>
              <w:t>☐ Appeal confirmation</w:t>
            </w:r>
          </w:p>
        </w:tc>
      </w:tr>
      <w:tr w:rsidR="00930776" w14:paraId="484B3ADA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0D0320B" w14:textId="77777777" w:rsidR="00930776" w:rsidRDefault="00000000">
            <w:r>
              <w:rPr>
                <w:sz w:val="19"/>
              </w:rPr>
              <w:t>☐ Appeal denial or response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E1C8C9E" w14:textId="77777777" w:rsidR="00930776" w:rsidRDefault="00000000">
            <w:r>
              <w:rPr>
                <w:sz w:val="19"/>
              </w:rPr>
              <w:t>☐ Screenshots of failed login attempts</w:t>
            </w:r>
          </w:p>
        </w:tc>
      </w:tr>
      <w:tr w:rsidR="00930776" w14:paraId="5AC7F680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91D928B" w14:textId="77777777" w:rsidR="00930776" w:rsidRDefault="00000000">
            <w:r>
              <w:rPr>
                <w:sz w:val="19"/>
              </w:rPr>
              <w:t>☐ Screenshots of error messages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E8B8DB3" w14:textId="77777777" w:rsidR="00930776" w:rsidRDefault="00930776"/>
        </w:tc>
      </w:tr>
    </w:tbl>
    <w:p w14:paraId="44486A9C" w14:textId="77777777" w:rsidR="00930776" w:rsidRDefault="00930776"/>
    <w:p w14:paraId="292EC1E8" w14:textId="77777777" w:rsidR="00930776" w:rsidRDefault="00000000">
      <w:pPr>
        <w:pStyle w:val="Heading2"/>
      </w:pPr>
      <w:r>
        <w:t>Business and Financial Evidence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930776" w14:paraId="18CCD0C3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1D1B5F4" w14:textId="77777777" w:rsidR="00930776" w:rsidRDefault="00000000">
            <w:r>
              <w:rPr>
                <w:sz w:val="19"/>
              </w:rPr>
              <w:t>☐ Business Pages affected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653E0EDB" w14:textId="77777777" w:rsidR="00930776" w:rsidRDefault="00000000">
            <w:r>
              <w:rPr>
                <w:sz w:val="19"/>
              </w:rPr>
              <w:t>☐ Ad accounts affected</w:t>
            </w:r>
          </w:p>
        </w:tc>
      </w:tr>
      <w:tr w:rsidR="00930776" w14:paraId="5AE3E897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4719439" w14:textId="77777777" w:rsidR="00930776" w:rsidRDefault="00000000">
            <w:r>
              <w:rPr>
                <w:sz w:val="19"/>
              </w:rPr>
              <w:t>☐ Marketplace listings affected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44FF7D8" w14:textId="77777777" w:rsidR="00930776" w:rsidRDefault="00000000">
            <w:r>
              <w:rPr>
                <w:sz w:val="19"/>
              </w:rPr>
              <w:t>☐ Groups affected</w:t>
            </w:r>
          </w:p>
        </w:tc>
      </w:tr>
      <w:tr w:rsidR="00930776" w14:paraId="1932E74D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45EE1DD" w14:textId="77777777" w:rsidR="00930776" w:rsidRDefault="00000000">
            <w:r>
              <w:rPr>
                <w:sz w:val="19"/>
              </w:rPr>
              <w:t>☐ Messenger conversations affected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70BC289" w14:textId="77777777" w:rsidR="00930776" w:rsidRDefault="00000000">
            <w:r>
              <w:rPr>
                <w:sz w:val="19"/>
              </w:rPr>
              <w:t>☐ Estimated financial loss</w:t>
            </w:r>
          </w:p>
        </w:tc>
      </w:tr>
      <w:tr w:rsidR="00930776" w14:paraId="5218AF2B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50E02D3E" w14:textId="77777777" w:rsidR="00930776" w:rsidRDefault="00000000">
            <w:r>
              <w:rPr>
                <w:sz w:val="19"/>
              </w:rPr>
              <w:t>☐ Receipts, invoices, or client communications supporting loss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3348D2C" w14:textId="77777777" w:rsidR="00930776" w:rsidRDefault="00930776"/>
        </w:tc>
      </w:tr>
    </w:tbl>
    <w:p w14:paraId="1804EAD3" w14:textId="77777777" w:rsidR="00930776" w:rsidRDefault="00930776"/>
    <w:p w14:paraId="0FB17134" w14:textId="77777777" w:rsidR="00930776" w:rsidRDefault="00000000">
      <w:pPr>
        <w:pStyle w:val="Heading2"/>
      </w:pPr>
      <w:r>
        <w:t>Communication and Legal Evidence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930776" w14:paraId="113A36EC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550957C" w14:textId="77777777" w:rsidR="00930776" w:rsidRDefault="00000000">
            <w:r>
              <w:rPr>
                <w:sz w:val="19"/>
              </w:rPr>
              <w:t>☐ Timeline worksheet completed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F83755D" w14:textId="77777777" w:rsidR="00930776" w:rsidRDefault="00000000">
            <w:r>
              <w:rPr>
                <w:sz w:val="19"/>
              </w:rPr>
              <w:t>☐ Appeal tracker completed</w:t>
            </w:r>
          </w:p>
        </w:tc>
      </w:tr>
      <w:tr w:rsidR="00930776" w14:paraId="55174B66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159AFD0" w14:textId="77777777" w:rsidR="00930776" w:rsidRDefault="00000000">
            <w:r>
              <w:rPr>
                <w:sz w:val="19"/>
              </w:rPr>
              <w:t>☐ Complaint log completed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68BA7B41" w14:textId="77777777" w:rsidR="00930776" w:rsidRDefault="00000000">
            <w:r>
              <w:rPr>
                <w:sz w:val="19"/>
              </w:rPr>
              <w:t>☐ Demand letter saved</w:t>
            </w:r>
          </w:p>
        </w:tc>
      </w:tr>
      <w:tr w:rsidR="00930776" w14:paraId="720A3284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9B464BD" w14:textId="77777777" w:rsidR="00930776" w:rsidRDefault="00000000">
            <w:r>
              <w:rPr>
                <w:sz w:val="19"/>
              </w:rPr>
              <w:t>☐ Copies of correspondence saved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18899AF4" w14:textId="77777777" w:rsidR="00930776" w:rsidRDefault="00000000">
            <w:r>
              <w:rPr>
                <w:sz w:val="19"/>
              </w:rPr>
              <w:t>☐ Court documents collected, if applicable</w:t>
            </w:r>
          </w:p>
        </w:tc>
      </w:tr>
      <w:tr w:rsidR="00930776" w14:paraId="6F187031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0C40F4C8" w14:textId="77777777" w:rsidR="00930776" w:rsidRDefault="00000000">
            <w:r>
              <w:rPr>
                <w:sz w:val="19"/>
              </w:rPr>
              <w:t>☐ Other supporting documentation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2FB55D4" w14:textId="77777777" w:rsidR="00930776" w:rsidRDefault="00930776"/>
        </w:tc>
      </w:tr>
    </w:tbl>
    <w:p w14:paraId="17950143" w14:textId="77777777" w:rsidR="00930776" w:rsidRDefault="00930776"/>
    <w:p w14:paraId="4A5E2BC0" w14:textId="77777777" w:rsidR="00930776" w:rsidRDefault="00000000">
      <w:pPr>
        <w:pStyle w:val="Heading2"/>
      </w:pPr>
      <w:r>
        <w:t>Notes</w:t>
      </w:r>
    </w:p>
    <w:p w14:paraId="19C1385F" w14:textId="77777777" w:rsidR="00930776" w:rsidRDefault="00000000">
      <w:r>
        <w:t>_______________________________________________________________________________________________</w:t>
      </w:r>
    </w:p>
    <w:p w14:paraId="249C6343" w14:textId="77777777" w:rsidR="00930776" w:rsidRDefault="00000000">
      <w:r>
        <w:t>_______________________________________________________________________________________________</w:t>
      </w:r>
    </w:p>
    <w:p w14:paraId="1E98D782" w14:textId="77777777" w:rsidR="00930776" w:rsidRDefault="00000000">
      <w:r>
        <w:t>_______________________________________________________________________________________________</w:t>
      </w:r>
    </w:p>
    <w:p w14:paraId="68906BB8" w14:textId="77777777" w:rsidR="00930776" w:rsidRDefault="00000000">
      <w:r>
        <w:rPr>
          <w:b/>
        </w:rPr>
        <w:t xml:space="preserve">Prepared by: </w:t>
      </w:r>
      <w:r>
        <w:t>____________________________</w:t>
      </w:r>
      <w:r>
        <w:rPr>
          <w:b/>
        </w:rPr>
        <w:t xml:space="preserve">     Date: </w:t>
      </w:r>
      <w:r>
        <w:t>____________________</w:t>
      </w:r>
    </w:p>
    <w:sectPr w:rsidR="00930776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5AB" w14:textId="77777777" w:rsidR="00730CA1" w:rsidRDefault="00730CA1">
      <w:pPr>
        <w:spacing w:after="0" w:line="240" w:lineRule="auto"/>
      </w:pPr>
      <w:r>
        <w:separator/>
      </w:r>
    </w:p>
  </w:endnote>
  <w:endnote w:type="continuationSeparator" w:id="0">
    <w:p w14:paraId="35814D9A" w14:textId="77777777" w:rsidR="00730CA1" w:rsidRDefault="0073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A5D0" w14:textId="77777777" w:rsidR="00930776" w:rsidRDefault="00000000">
    <w:pPr>
      <w:pStyle w:val="Footer"/>
      <w:jc w:val="center"/>
    </w:pPr>
    <w:r>
      <w:rPr>
        <w:color w:val="666666"/>
        <w:sz w:val="16"/>
      </w:rPr>
      <w:t xml:space="preserve">RunTheBusiness.biz | Facebook Recovery Toolkit | Version 1.1 | July 2026 | (c) 2026 </w:t>
    </w:r>
    <w:proofErr w:type="spellStart"/>
    <w:r>
      <w:rPr>
        <w:color w:val="666666"/>
        <w:sz w:val="16"/>
      </w:rPr>
      <w:t>RunTheBusiness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4A6E" w14:textId="77777777" w:rsidR="00730CA1" w:rsidRDefault="00730CA1">
      <w:pPr>
        <w:spacing w:after="0" w:line="240" w:lineRule="auto"/>
      </w:pPr>
      <w:r>
        <w:separator/>
      </w:r>
    </w:p>
  </w:footnote>
  <w:footnote w:type="continuationSeparator" w:id="0">
    <w:p w14:paraId="636A311D" w14:textId="77777777" w:rsidR="00730CA1" w:rsidRDefault="0073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8577786">
    <w:abstractNumId w:val="8"/>
  </w:num>
  <w:num w:numId="2" w16cid:durableId="1648391150">
    <w:abstractNumId w:val="6"/>
  </w:num>
  <w:num w:numId="3" w16cid:durableId="1075712821">
    <w:abstractNumId w:val="5"/>
  </w:num>
  <w:num w:numId="4" w16cid:durableId="1196692086">
    <w:abstractNumId w:val="4"/>
  </w:num>
  <w:num w:numId="5" w16cid:durableId="2030134300">
    <w:abstractNumId w:val="7"/>
  </w:num>
  <w:num w:numId="6" w16cid:durableId="153029057">
    <w:abstractNumId w:val="3"/>
  </w:num>
  <w:num w:numId="7" w16cid:durableId="1711341921">
    <w:abstractNumId w:val="2"/>
  </w:num>
  <w:num w:numId="8" w16cid:durableId="1247956551">
    <w:abstractNumId w:val="1"/>
  </w:num>
  <w:num w:numId="9" w16cid:durableId="79136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2D8"/>
    <w:rsid w:val="0029639D"/>
    <w:rsid w:val="00326F90"/>
    <w:rsid w:val="007177E2"/>
    <w:rsid w:val="00730CA1"/>
    <w:rsid w:val="0093077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6A4B2"/>
  <w14:defaultImageDpi w14:val="300"/>
  <w15:docId w15:val="{8CC6D853-AAD7-4BC9-97FE-863B04A2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B2B2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1248</Words>
  <Characters>7727</Characters>
  <Application>Microsoft Office Word</Application>
  <DocSecurity>0</DocSecurity>
  <Lines>429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Bud Hines</cp:lastModifiedBy>
  <cp:revision>2</cp:revision>
  <dcterms:created xsi:type="dcterms:W3CDTF">2026-07-08T17:12:00Z</dcterms:created>
  <dcterms:modified xsi:type="dcterms:W3CDTF">2026-07-08T17:12:00Z</dcterms:modified>
  <cp:category/>
</cp:coreProperties>
</file>